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אבני הבניין של פרומפט מנצח וליישם אותן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שדרוג פרומפט קיים כך שהתוצר יהיה מדויק ושימושי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בהתאמת אותו תוצר לקהלים שונים מבחינת שפה ורמת מורכבות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הרגלי עבודה אחראיים: בדיקת עובדות ושמירה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שש אבני הבניין של פרומפט מנצח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תפקיד, משימה, הקשר, פורמט, מגבלות,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לתת לכלי פרטים על הכיתה, השכבה והידע הקודם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שש אבני הבניין של פרומפט מנצח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דוגמה עוזרת לכלי החכם להבין בדיוק איזה תוצר מצופה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נקבעים לכלי החכם גבולות ברורים לתוצר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שש אבני הבניין של פרומפט מנצח – התאמת אבנים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(מגדירים מי מדבר אל הכלי, למשל מורה מנוסה)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(הבקשה המרכזית והברורה שרוצים לקבל)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(פרטים על הכיתה, השכבה והידע הקודם)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(המבנה הרצוי לתוצר, למשל טבלה או 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(תנאים כמו אורך, שפה או זמן שחייבים לעמוד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(הדגמה קצרה שעוזרת לכלי להבין בדיוק למה מתכוונים)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שש אבני הבניין של פרומפט מנצח – יישום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פורמט, מגבלות ודוגמה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משדרגים פרומפט: מבקשה בסיסית לתוצר מדויק – היכרות עם אפשרויות השדרוג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לקצר לחצי ולשמור על העיקר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לקבל כמה גרסאות ולבחור ביניהן בעזרת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משדרגים פרומפט: מבקשה בסיסית לתוצר מדויק – בדיקה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מארבע הצעות השדרוג שמופיעות באוגדן.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במפורש בשדרוג המיועד לעולים.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מטרת פרומפט הבדיקה היא להשוות את התוצר למקור ולתקן טעויות, לא להוסיף מידע.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משדרגים פרומפט: מבקשה בסיסית לתוצר מדויק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(למשל הסרטון)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משדרגים פרומפט: מבקשה בסיסית לתוצר מדויק – התאמת שדרוג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(שמירה על העיקר בחצי מהאורך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(סידור התשובה בעמודות ושורות ברורות)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(הוספת התשובות הנכונות עבור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(2–3 אפשרויות, משפטים קצרים ואימוג׳ים)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התאמת תוצרים לשכבות גיל ולאוכלוסיות שונות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יסודי, חט״ב,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רגיל, חנ״מ,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מספר האפשרויות, אורך המשפטים ושימוש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לוודא שהתוכן הלימודי לא השתנה או התעוות תוך כדי ההתאמה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התאמת תוצרים לשכבות גיל ולאוכלוסיות שונות – התאמה למסלולים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(משפטים קצרים ודוגמאות קונקרטיות קרובות לעולם הילד)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(ניתוח מעמיק, שפה מורכבת יותר ושאלות חשיבה ברמה גבוהה)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(רמת מורכבות ביניים, בין יסודי 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(2-3 אפשרויות בלבד, משפטים קצרים ואימוג'ים)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(מילון חזותי ומשפטים קצרים להבנת השפה)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(תוצר סטנדרטי, ללא התאמות מיוחדות)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התאמת תוצרים לשכבות גיל ולאוכלוסיות שונות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לכיתה ו' משפטים קצרים ושאלות ישירות, לתיכון ניתוח מעמיק יותר ושאלות פתוחות.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לכל שכבת גיל ואוכלוסייה צרכים שונים ברמת שפה, אורך ומורכבות, ולכן תוצר אחיד לא ישרת את כולם באותה מידה.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דף הבנת הנקרא - לשכבה נמוכה יותר מקצרים את הטקסט ומוסיפים תמונות, לעולים מוסיפים מילון חזותי ומשפטים פשוטים.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פרומפטים למטרות שונות: תכנון, תרגול, הערכה ומשחק – זיהוי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תפקיד ומשימה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הערכה ומשוב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משחקים וחדרי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לקבוע גבולות כמו זמן כולל, מספר פעילויות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שסך הזמנים בטבלה יהיה בדיוק 45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פרומפטים למטרות שונות: תכנון, תרגול, הערכה ומשחק – השלמת פרטים בפרומפט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אימוג'ים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פרומפטים למטרות שונות: תכנון, תרגול, הערכה ומשחק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בנו דף עבודה בנושא [נושא] לשכבה [שכבה], הכולל 8 שאלות במגוון רמות קושי.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10 שאלות אמריקאיות עם 4 תשובות, ובסוף מפתח תשובות למורה.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כיתה ט, 28 תלמידים, כבר למדו את כללי הנקודתיים.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הוסיפו גרסה עם מילים פשוטות ותרגום קצר למונחים מרכזיים.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שימוש אחראי: פרטיות ובדיקת עובדות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כלל הזהב באוגדן קובע שלא מוסיפים לכלי שמות, ציונים או פרטים מזהים של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מכונות חכמות טועות, ולכן יש לבדוק כל עובדה וכל חותמת זמן מול הסרטון או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להשתמש בסרטונים ששיתופם מותר ולהקרין אותם מהמקור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לבחור סרטון מתאים ולצפות בו בעצמכם עד הסוף לפני השימוש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שימוש אחראי: פרטיות ובדיקת עובדות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שמות, ציונים ופרטים מזהים של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3–15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שימוש אחראי: פרטיות ובדיקת עובדות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כוללים שמות או ציונים של תלמידים בפרומפט)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(משווים כל פרט בתוצר למקור המקורי ומתקנים טעויות)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(ציון הרגע בסרטון שבו מוזכר מידע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(סרטון של גוף מוכר עם כתוביות או קריינות ברורה)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בונים פרומפט משלנו ומסכמים בכתיבה רפלקטיבית – זיהוי אבני הבניין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לערוך אותו ולהתאים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בונים פרומפט משלנו ומסכמים בכתיבה רפלקטיבית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כל שש האבנים: תפקיד, משימה, הקשר, פורמט, מגבלות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שדרוג קונקרטי כמו קיצור, טבלה או בקשת כמה גרסאות מנומקות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שצריך להשוות תוצר למקור ולא לשתף פרטים מזהים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פרקים 1-2, פרק 3-4, ופרק 5-6 כולל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פרומפט חסר אבן אחת בלבד ולבקש להשלים רק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תרגיל השוואה בין שתי גרסאות שדרוג ולנמק איזו עדיפה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בכרטיס רפלקציה קצר בסגנון 3·2·1 כדי לעקוב אחרי ההתקדמות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איך כותבים בקשה ברורה וטובה. עובדים לפי הסדר, כותבים לבד, ואז משווים בין בקשה חלשה לבקשה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כתובה שמסבירה בדיוק מה רוצים לקבל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הגדרה מי כותב את התוצר, למשל מורה מנוסה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בדיוק צריך להפיק, בניסוח ברור ומעשי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חשובים כמו שכבת גיל, מספר תלמידים או מה כבר נלמד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אמור להיראות התוצר, למשל טבלה או 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שחייבים לשמור עליהם, כמו אורך זמן או מספר 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שדרוג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נוספת שמשפרת תוצר קיים, למשל קיצור או הוספת מפתח 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תוצר כך שיתאים לקהל מסוים, כמו חנ״מ או עולים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בדיקת עובדות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התוצר למקור כדי לוודא שאין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משיתוף שמות או פרטים מזהים של 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שש אבני הבניין של פרומפט מנצח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מהן שש האבנים של פרומפט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תפקיד, משימה, הקשר, פורמט, מגבלות,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נושא, שכבה, אוכלוסייה, טון, פורמט, מגבלות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מבוא, גוף, סיכום, שאלות, תשובות, 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כותרת, תוכן, תמונה, טבלה, סיכום,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אבן ההקשר נותנת לכלי?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לכלי פרטים על הכיתה, השכבה והידע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את אורך התוצר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הצורך בדוגמה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תפקיד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שש אבני הבניין של פרומפט מנצח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הדוגמה מיותרת בפרומפט כי היא רק מייפה את הבקשה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המגבלות יכולה לכלול אורך, שפה או זמן שהתוצר חייב לעמוד בהם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שש אבני הבניין של פרומפט מנצח – התאמת אבנים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המבנה הרצוי לתוצר, למשל טבלה או 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פרטים על הכיתה, השכבה והידע הקודם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מגדירים מי מדבר אל הכלי, למשל מורה מנוסה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הבקשה המרכזית והברורה שרוצים לקבל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הדגמה קצרה שעוזרת לכלי להבין בדיוק למה מתכוונים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תנאים כמו אורך, שפה או זמן שחייבים לעמוד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שש אבני הבניין של פרומפט מנצח – יישום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פרומפט של שורה אחת כמו 'כתבו דף עבודה על סמיכות' חסר כמעט את כל אבני הבניין, ואילו פרומפט מלא כולל גם תפקיד, משימה, הקשר ו-__________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משדרגים פרומפט: מבקשה בסיסית לתוצר מדויק – היכרות עם אפשרויות השדרוג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שדרוג מופיע ברשימת ההצעות?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לחצי ולשמור על העיקר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כל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שם של תלמיד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לאנגלית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מבקשים כמה גרסאות עם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כמה גרסאות ולבחור ביניהן בעזרת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גרסה אחת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הפרומפט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איור לתוצר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משדרגים פרומפט: מבקשה בסיסית לתוצר מדויק – בדיקה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מהצעות השדרוג היא להפוך את התוצר לטבלה ברורה.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שדרוג 'התאמה לעולים' כולל הוספת מילון חזותי ומשפטים קצרים.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פרומפט בדיקת העובדות נועד להוסיף עוד מידע חדש לתוצר, לא לבדוק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משדרגים פרומפט: מבקשה בסיסית לתוצר מדויק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פרומפט בדיקת עובדות מבקש להשוות את התוצר ל__________ ולסמן טעויות.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להפוך תשובה ארוכה למבנה קריא וברור אפשר לבקש 'הפכו את זה ל__________ ברורה'.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לוודא שפרומפט מקורי שלם צריך לבדוק שיש בו תפקיד, משימה, הקשר, פורמט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משדרגים פרומפט: מבקשה בסיסית לתוצר מדויק – התאמת שדרוג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הוספת התשובות הנכונות עבור המורה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הפיכה לטבלה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2–3 אפשרויות, משפטים קצרים ואימוג׳ים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מפתח תשובות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סידור התשובה בעמודות ושורות ברורות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התאמה לחנ״מ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על העיקר בחצי מהאורך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התאמת תוצרים לשכבות גיל ולאוכלוסיות שונות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שונים יש כששמחברים שלוש שכבות גיל עם שלוש אוכלוסיות?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קבוצות גיל מופיעות בהתאמת התוצרים?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יסודי, חט״ב,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 א, כיתה ב, כיתה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יסודי, תיכון, אקדמיה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גן, יסודי,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שלוש קבוצות תלמידים מוזכרות לצד שכבות הגיל?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רגיל, חנ״מ,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דוברי עברית, דוברי ערבית, דוברי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מתקדמים, בינוניים, מתקשים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בנים, בנות, מעורב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משתנה בדרך כלל כשמתאימים תוצר לתלמידי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האפשרויות, אורך המשפטים ושימוש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הכותרת של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השפה הופכת מורכבת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לבדוק שוב את התוצר אחרי שמתאימים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לוודא שהתוכן הלימודי לא השתנה או התעוות תוך כדי ההתאמה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לקצר את זמן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להוסיף יותר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להחליף את הנושא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התאמת תוצרים לשכבות גיל ולאוכלוסיות שונות – התאמה למסלולים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ניתוח מעמיק, שפה מורכבת יותר ושאלות חשיבה ברמה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2-3 אפשרויות בלבד, משפטים קצרים ואימוג'ים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תוצר סטנדרטי, ללא התאמות מיוחדות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רמת מורכבות ביניים, בין יסודי לתיכון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משפטים קצרים ודוגמאות קונקרטיות קרובות לעולם הילד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מילון חזותי ומשפטים קצרים להבנת השפה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התאמת תוצרים לשכבות גיל ולאוכלוסיות שונות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מתוך שיעור, ותארו בקצרה איך הייתם משנים דף עבודה עליו בין תלמיד בכיתה ו' לתלמיד תיכון.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אותו תוצר לא יכול להתאים בו-זמנית לכל 9 המסלולים בלי שום שינוי.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תוצר אחד (דף עבודה או משחק) והציעו איך הייתם מתאימים אותו גם לשכבת גיל אחרת וגם לאוכלוסיית עולים.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פרומפטים למטרות שונות: תכנון, תרגול, הערכה ומשחק – זיהוי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שתי אבני בניין באות ראשונות בפרומפט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 ומשימה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ומגבלות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פורמט והקשר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שדרוג ובדיקה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מחפשים פרומפטים לחידון?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ספרות ושירה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תקשורת עם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רגשי־חברתי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מחפשים פרומפטים למשחק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 וחדרי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דפי עבודה ומחוונים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תכנון שיעורים ויחידות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גיאוגרפיה והיסטוריה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משמשת ה'מגבלה' בפרומפט?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גבולות כמו זמן כולל, מספר פעילויות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מי כותב את הפרומפט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דוגמה לתוצר הרצוי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שדרוג נוסף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המגבלה החשובה במערך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שסך הזמנים בטבלה יהיה בדיוק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שהשיעור יתקיים מחוץ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תהיה פעילות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שהשיעור יתועד בווידאו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פרומפטים למטרות שונות: תכנון, תרגול, הערכה ומשחק – השלמת פרטים בפרומפט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פרומפט שלם כולל תפקיד, משימה, הקשר, פורמט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פרומפט ליצירת חידון שייך ללשונית '__________ ומשוב' באוגדן.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בפרומפט למשחק או חדר בריחה כדאי לציין בהקשר כמה __________ משתתפים בפעילות.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להתאים תוצר לכיתת חנ״מ, מבקשים שדרוג שמנסח גרסה עם משפטים קצרים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פרומפטים למטרות שונות: תכנון, תרגול, הערכה ומשחק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'משימה' לפרומפט שמבקש דף עבודה בנושא שבחרתם לשכבה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'פורמט' מתאים לפרומפט שמבקש חידון קצר – ציינו מספר שאלות, סוג שאלות ומה כלול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מטרה אחת (תכנון, תרגול, הערכה או משחק) וכתבו עבורה 'הקשר' מלא: כיתה, מספר תלמידים ומה כבר נלמד.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הצעת שדרוג אחת שאפשר להוסיף בסוף פרומפט להודעה להורים, כדי להתאים אותה לכיתת עולים.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שימוש אחראי: פרטיות ובדיקת עובדות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להזין לכלי שיחה חכם שמות וציונים של תלמידים כדי לקבל תוצר מותאם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חכמים עלולים לטעות בעובדות ובחותמות זמן, ולכן צריך לבדוק כל תוצר מול המקור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להקרין סרטון לימודי בכיתה ישירות מהמקור המקורי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לצפות בסרטון לפני השימוש בו בכיתה, מספיק לקרוא את הכותרת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שימוש אחראי: פרטיות ובדיקת עובדות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אסור להוסיף לכלי חכם?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המקצוע והנושא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שמות, ציונים ופרטים מזהים של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השיעור בלוח הזמנים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הסרטון הלימודי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אורך הסרטון המומלץ?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1–2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3–15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20–30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ומעלה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שימוש אחראי: פרטיות ובדיקת עובדות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ציון הרגע בסרטון שבו מוזכר מידע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בדיקת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כוללים שמות או ציונים של תלמידים בפרומפט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חותמת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סרטון של גוף מוכר עם כתוביות או קריינות ברורה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משווים כל פרט בתוצר למקור המקורי ומתקנים טעויות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בונים פרומפט משלנו ומסכמים בכתיבה רפלקטיבית – זיהוי אבני הבניין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לפרומפט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אבן אומרת לכלי מי הוא צריך להיות?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אבן קובעת איך התוצר ייראה?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 בחירה יש בבונה?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הפרומפט לפני שמעתיקים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אותו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לערוך אותו ולהתאים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אותו ישירות בלי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אפשרות לשנות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בונים פרומפט משלנו ומסכמים בכתיבה רפלקטיבית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אבן הבניין ה__________ מתארת פרטים על הכיתה, התלמידים ומה כבר נלמד.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אבן הבניין ה__________ נותנת לכלי דוגמה קונקרטית לתוצר הרצוי.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שמעתיקים פרומפט מהבונה, רצוי ל__________ אותו כך שיתאים בדיוק לצרכים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רשימת הבדיקה בבונה הפרומפטים, חמש אבני הבניין החובה הן תפקיד, משימה, הקשר, פורמט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למנות את שש אבני הבניין של פרומפט מנצח ולהסביר כל אחת בקצרה?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מסוגל/ת לשדרג פרומפט קיים כך שהתוצר יהיה ברור ומדויק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למה חשוב לבדוק עובדות ולשמור על פרטיות בעבודה עם כלים חכמים?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כתיבת פרומפטים מנצחים ללמידה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